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Driftsmøde - rå stikordsnoter</w:t>
      </w:r>
    </w:p>
    <w:p>
      <w:pPr>
        <w:spacing w:after="160"/>
      </w:pPr>
      <w:r>
        <w:rPr>
          <w:rFonts w:ascii="Arial" w:hAnsi="Arial"/>
          <w:color w:val="5A6464"/>
          <w:sz w:val="22"/>
        </w:rPr>
        <w:t>Fjordby Varme A.m.b.a. | 15. september 2026 | 08.00-09.05</w:t>
      </w:r>
    </w:p>
    <w:p>
      <w:pPr>
        <w:spacing w:after="240"/>
      </w:pPr>
      <w:r>
        <w:rPr>
          <w:b/>
          <w:color w:val="A14A24"/>
          <w:sz w:val="17"/>
        </w:rPr>
        <w:t>FIKTIVT ØVELSESMATERIALE - må ikke bruges som driftsgrundlag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Deltagere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Driftsleder, driftsoperatør, projektleder, kundeserviceansvarlig og økonomiansvarlig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Formål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Ugentligt driftsmøde. Noterne er skrevet under mødet og er ikke et godkendt referat.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Vigtigt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Ikke alle punkter er beslutninger. Nogle er idéer, observationer eller spørgsmål.</w:t>
            </w:r>
          </w:p>
        </w:tc>
      </w:tr>
    </w:tbl>
    <w:p/>
    <w:p>
      <w:pPr>
        <w:pStyle w:val="Heading1"/>
      </w:pPr>
      <w:r>
        <w:t>Rå noter</w:t>
      </w:r>
    </w:p>
    <w:p>
      <w:pPr>
        <w:pStyle w:val="Heading2"/>
      </w:pPr>
      <w:r>
        <w:t>Pumpe P-204 / hovedpumpestation Øst</w:t>
      </w:r>
    </w:p>
    <w:p>
      <w:pPr>
        <w:pStyle w:val="ListBullet"/>
        <w:ind w:left="0"/>
      </w:pPr>
      <w:r>
        <w:t>Vibrationerne er steget siden sidste uge. Alarmniveau ikke nået, men tydelig ændring i trend.</w:t>
      </w:r>
    </w:p>
    <w:p>
      <w:pPr>
        <w:pStyle w:val="ListBullet"/>
        <w:ind w:left="0"/>
      </w:pPr>
      <w:r>
        <w:t>Driftsoperatøren foreslog at få servicepartneren ud før næste planlagte stop.</w:t>
      </w:r>
    </w:p>
    <w:p>
      <w:pPr>
        <w:pStyle w:val="ListBullet"/>
        <w:ind w:left="0"/>
      </w:pPr>
      <w:r>
        <w:t>Beslutning: servicepartner kontaktes og bedes foreslå tid til vibrationsmåling senest fredag 18/9.</w:t>
      </w:r>
    </w:p>
    <w:p>
      <w:pPr>
        <w:pStyle w:val="ListBullet"/>
        <w:ind w:left="0"/>
      </w:pPr>
      <w:r>
        <w:t>Ingen blev specifikt sat på som ansvarlig under mødet.</w:t>
      </w:r>
    </w:p>
    <w:p>
      <w:pPr>
        <w:pStyle w:val="ListBullet"/>
        <w:ind w:left="0"/>
      </w:pPr>
      <w:r>
        <w:t>Produktion kan fortsætte indtil videre, hvis niveauet ikke stiger yderligere.</w:t>
      </w:r>
    </w:p>
    <w:p>
      <w:pPr>
        <w:pStyle w:val="Heading2"/>
      </w:pPr>
      <w:r>
        <w:t>Fremløbstemperatur - forsøg</w:t>
      </w:r>
    </w:p>
    <w:p>
      <w:pPr>
        <w:pStyle w:val="ListBullet"/>
        <w:ind w:left="0"/>
      </w:pPr>
      <w:r>
        <w:t>Forslag om at sænke fremløbstemperaturen med 2 grader på milde dage for at teste elforbrug og nettab.</w:t>
      </w:r>
    </w:p>
    <w:p>
      <w:pPr>
        <w:pStyle w:val="ListBullet"/>
        <w:ind w:left="0"/>
      </w:pPr>
      <w:r>
        <w:t>Beslutning: prøveperiode fra mandag 21/9 i 14 dage i normaldrift.</w:t>
      </w:r>
    </w:p>
    <w:p>
      <w:pPr>
        <w:pStyle w:val="ListBullet"/>
        <w:ind w:left="0"/>
      </w:pPr>
      <w:r>
        <w:t>Driftsleder følger op på temperaturklager og energidata efter perioden.</w:t>
      </w:r>
    </w:p>
    <w:p>
      <w:pPr>
        <w:pStyle w:val="ListBullet"/>
        <w:ind w:left="0"/>
      </w:pPr>
      <w:r>
        <w:t>Hvis der kommer flere end 5 kundeklager samme dag, stoppes forsøget.</w:t>
      </w:r>
    </w:p>
    <w:p>
      <w:pPr>
        <w:pStyle w:val="Heading2"/>
      </w:pPr>
      <w:r>
        <w:t>Ledningsarbejde - Vestergade</w:t>
      </w:r>
    </w:p>
    <w:p>
      <w:pPr>
        <w:pStyle w:val="ListBullet"/>
        <w:ind w:left="0"/>
      </w:pPr>
      <w:r>
        <w:t>Entreprenøren forventer at være færdig med første etape omkring 2/10, men datoen er ikke bekræftet.</w:t>
      </w:r>
    </w:p>
    <w:p>
      <w:pPr>
        <w:pStyle w:val="ListBullet"/>
        <w:ind w:left="0"/>
      </w:pPr>
      <w:r>
        <w:t>Der kan blive behov for en planlagt afbrydelse på ca. 3 timer for ca. 120 kunder.</w:t>
      </w:r>
    </w:p>
    <w:p>
      <w:pPr>
        <w:pStyle w:val="ListBullet"/>
        <w:ind w:left="0"/>
      </w:pPr>
      <w:r>
        <w:t>Kundeservice vil gerne have besked minimum 3 arbejdsdage før.</w:t>
      </w:r>
    </w:p>
    <w:p>
      <w:pPr>
        <w:pStyle w:val="ListBullet"/>
        <w:ind w:left="0"/>
      </w:pPr>
      <w:r>
        <w:t>Ingen beslutning om dato endnu. Projektleder afventer entreprenørens tidsplan.</w:t>
      </w:r>
    </w:p>
    <w:p>
      <w:pPr>
        <w:pStyle w:val="Heading2"/>
      </w:pPr>
      <w:r>
        <w:t>Kundehenvendelser</w:t>
      </w:r>
    </w:p>
    <w:p>
      <w:pPr>
        <w:pStyle w:val="ListBullet"/>
        <w:ind w:left="0"/>
      </w:pPr>
      <w:r>
        <w:t>11 henvendelser i sidste uge om svingende varme i den nordlige zone. 7 kom mandag morgen.</w:t>
      </w:r>
    </w:p>
    <w:p>
      <w:pPr>
        <w:pStyle w:val="ListBullet"/>
        <w:ind w:left="0"/>
      </w:pPr>
      <w:r>
        <w:t>Drift mistænker sammenhæng med reguleringen efter weekendens genstart, men det er ikke bekræftet.</w:t>
      </w:r>
    </w:p>
    <w:p>
      <w:pPr>
        <w:pStyle w:val="ListBullet"/>
        <w:ind w:left="0"/>
      </w:pPr>
      <w:r>
        <w:t>Beslutning: Kundeservice laver et kort standardsvar til lignende henvendelser.</w:t>
      </w:r>
    </w:p>
    <w:p>
      <w:pPr>
        <w:pStyle w:val="ListBullet"/>
        <w:ind w:left="0"/>
      </w:pPr>
      <w:r>
        <w:t>Der blev ikke aftalt deadline for standardsvaret.</w:t>
      </w:r>
    </w:p>
    <w:p>
      <w:pPr>
        <w:pStyle w:val="Heading2"/>
      </w:pPr>
      <w:r>
        <w:t>Målere</w:t>
      </w:r>
    </w:p>
    <w:p>
      <w:pPr>
        <w:pStyle w:val="ListBullet"/>
        <w:ind w:left="0"/>
      </w:pPr>
      <w:r>
        <w:t>32 ældre målere står på listen til udskiftning i efteråret.</w:t>
      </w:r>
    </w:p>
    <w:p>
      <w:pPr>
        <w:pStyle w:val="ListBullet"/>
        <w:ind w:left="0"/>
      </w:pPr>
      <w:r>
        <w:t>Økonomi spurgte, om alle 32 behøver skiftes i år. Ingen beslutning.</w:t>
      </w:r>
    </w:p>
    <w:p>
      <w:pPr>
        <w:pStyle w:val="ListBullet"/>
        <w:ind w:left="0"/>
      </w:pPr>
      <w:r>
        <w:t>Projektleder undersøger pris ved samlet udskiftning kontra 16 i år og 16 næste år.</w:t>
      </w:r>
    </w:p>
    <w:p>
      <w:pPr>
        <w:pStyle w:val="ListBullet"/>
        <w:ind w:left="0"/>
      </w:pPr>
      <w:r>
        <w:t>Tilbud ønskes til næste driftsmøde 22/9.</w:t>
      </w:r>
    </w:p>
    <w:p>
      <w:pPr>
        <w:pStyle w:val="Heading2"/>
      </w:pPr>
      <w:r>
        <w:t>Vandtab / efterfyldning</w:t>
      </w:r>
    </w:p>
    <w:p>
      <w:pPr>
        <w:pStyle w:val="ListBullet"/>
        <w:ind w:left="0"/>
      </w:pPr>
      <w:r>
        <w:t>Efterfyldning har ligget ca. 12 m3/døgn højere end normalt de seneste fire døgn.</w:t>
      </w:r>
    </w:p>
    <w:p>
      <w:pPr>
        <w:pStyle w:val="ListBullet"/>
        <w:ind w:left="0"/>
      </w:pPr>
      <w:r>
        <w:t>Der er ikke observeret synlige lækager.</w:t>
      </w:r>
    </w:p>
    <w:p>
      <w:pPr>
        <w:pStyle w:val="ListBullet"/>
        <w:ind w:left="0"/>
      </w:pPr>
      <w:r>
        <w:t>Mulig målefejl blev nævnt. Driftsoperatøren vil sammenligne målerne i SCADA med manuel aflæsning.</w:t>
      </w:r>
    </w:p>
    <w:p>
      <w:pPr>
        <w:pStyle w:val="ListBullet"/>
        <w:ind w:left="0"/>
      </w:pPr>
      <w:r>
        <w:t>Ingen deadline aftalt.</w:t>
      </w:r>
    </w:p>
    <w:p>
      <w:pPr>
        <w:pStyle w:val="Heading2"/>
      </w:pPr>
      <w:r>
        <w:t>Næste møde</w:t>
      </w:r>
    </w:p>
    <w:p>
      <w:pPr>
        <w:pStyle w:val="ListBullet"/>
        <w:ind w:left="0"/>
      </w:pPr>
      <w:r>
        <w:t>Tirsdag 22/9 kl. 08.00.</w:t>
      </w:r>
    </w:p>
    <w:p>
      <w:pPr>
        <w:pStyle w:val="ListBullet"/>
        <w:ind w:left="0"/>
      </w:pPr>
      <w:r>
        <w:t>Punkter til næste gang: P-204, målere, Vestergade og første status på temperaturforsøget.</w:t>
      </w:r>
    </w:p>
    <w:p>
      <w:pPr>
        <w:pStyle w:val="Heading1"/>
      </w:pPr>
      <w:r>
        <w:t>Notat til øvelsen</w:t>
      </w:r>
    </w:p>
    <w:p>
      <w:r>
        <w:t xml:space="preserve">Når du arbejder med noterne i ChatGPT, skal du skelne mellem </w:t>
      </w:r>
      <w:r>
        <w:rPr>
          <w:b/>
        </w:rPr>
        <w:t>beslutninger, forslag, observationer og uafklarede punkter</w:t>
      </w:r>
      <w:r>
        <w:t>. Bed ikke modellen om at opfinde ansvarlige eller deadlines, der ikke fremgår af materialet.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77777"/>
        <w:sz w:val="16"/>
      </w:rPr>
      <w:t>Dansk Fjernvarme | ChatGPT og AI for begyndere | Fiktivt øvelsesmateriale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595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595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